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Arabic"/>
        <w:bidi w:val="1"/>
        <w:spacing w:before="160" w:after="160"/>
        <w:ind w:hanging="0" w:left="0"/>
        <w:jc w:val="center"/>
        <w:rPr>
          <w:b/>
          <w:bCs/>
          <w:sz w:val="32"/>
          <w:szCs w:val="32"/>
        </w:rPr>
      </w:pPr>
      <w:r>
        <w:rPr>
          <w:b/>
          <w:b/>
          <w:bCs/>
          <w:sz w:val="32"/>
          <w:sz w:val="32"/>
          <w:szCs w:val="32"/>
          <w:rtl w:val="true"/>
        </w:rPr>
        <w:t xml:space="preserve">نماذج أسئلة دورة </w:t>
      </w:r>
      <w:r>
        <w:rPr>
          <w:b/>
          <w:bCs/>
          <w:sz w:val="32"/>
          <w:szCs w:val="32"/>
        </w:rPr>
        <w:t>ICDL</w:t>
      </w:r>
    </w:p>
    <w:p>
      <w:pPr>
        <w:pStyle w:val="Normal"/>
        <w:bidi w:val="1"/>
        <w:ind w:hanging="0" w:left="0"/>
        <w:jc w:val="left"/>
        <w:rPr/>
      </w:pPr>
      <w:r>
        <w:rPr>
          <w:b/>
          <w:b/>
          <w:color w:val="2F5597"/>
          <w:sz w:val="34"/>
          <w:sz w:val="34"/>
          <w:rtl w:val="true"/>
        </w:rPr>
        <w:t>أسئلة تدريبية شاملة مع الإجابات</w:t>
      </w:r>
    </w:p>
    <w:p>
      <w:pPr>
        <w:pStyle w:val="Normal"/>
        <w:bidi w:val="1"/>
        <w:ind w:hanging="0" w:left="0"/>
        <w:jc w:val="left"/>
        <w:rPr/>
      </w:pPr>
      <w:r>
        <w:rPr>
          <w:sz w:val="26"/>
          <w:sz w:val="26"/>
          <w:rtl w:val="true"/>
        </w:rPr>
        <w:t xml:space="preserve">مفاهيم الحاسوب • إدارة الملفات • الإنترنت • </w:t>
      </w:r>
      <w:r>
        <w:rPr>
          <w:sz w:val="26"/>
        </w:rPr>
        <w:t>Word • Excel • PowerPoint • Access</w:t>
      </w:r>
      <w:r>
        <w:rPr>
          <w:sz w:val="26"/>
          <w:rtl w:val="true"/>
        </w:rPr>
        <w:t xml:space="preserve"> </w:t>
      </w:r>
    </w:p>
    <w:p>
      <w:pPr>
        <w:pStyle w:val="Normal"/>
        <w:ind w:hanging="0" w:left="0"/>
        <w:jc w:val="right"/>
        <w:rPr/>
      </w:pPr>
      <w:r>
        <w:rPr/>
        <w:br/>
      </w:r>
    </w:p>
    <w:tbl>
      <w:tblPr>
        <w:tblW w:w="20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09"/>
      </w:tblGrid>
      <w:tr>
        <w:trPr/>
        <w:tc>
          <w:tcPr>
            <w:tcW w:w="2009" w:type="dxa"/>
            <w:tcBorders/>
            <w:shd w:fill="EAF2F8"/>
          </w:tcPr>
          <w:p>
            <w:pPr>
              <w:pStyle w:val="Normal"/>
              <w:bidi w:val="1"/>
              <w:spacing w:before="0" w:after="80"/>
              <w:ind w:hanging="0" w:left="0"/>
              <w:jc w:val="left"/>
              <w:rPr/>
            </w:pPr>
            <w:r>
              <w:rPr>
                <w:b/>
                <w:b/>
                <w:sz w:val="28"/>
                <w:sz w:val="28"/>
                <w:rtl w:val="true"/>
              </w:rPr>
              <w:t>إعداد</w:t>
            </w:r>
            <w:r>
              <w:rPr>
                <w:b/>
                <w:sz w:val="28"/>
                <w:rtl w:val="true"/>
              </w:rPr>
              <w:t xml:space="preserve">: </w:t>
            </w:r>
            <w:r>
              <w:rPr>
                <w:b/>
                <w:b/>
                <w:sz w:val="28"/>
                <w:sz w:val="28"/>
                <w:rtl w:val="true"/>
              </w:rPr>
              <w:t>أكاديمية مسار</w:t>
            </w:r>
          </w:p>
        </w:tc>
      </w:tr>
    </w:tbl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الأول</w:t>
      </w:r>
      <w:r>
        <w:rPr>
          <w:rtl w:val="true"/>
        </w:rPr>
        <w:t xml:space="preserve">: </w:t>
      </w:r>
      <w:r>
        <w:rPr>
          <w:rtl w:val="true"/>
        </w:rPr>
        <w:t>مفاهيم تكنولوجيا الحاسوب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بالمكونات المادية للحاسوب </w:t>
      </w:r>
      <w:r>
        <w:rPr/>
        <w:t>Hardware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البرامج المثبتة على الحاسوب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الأجزاء الملموسة من الحاسوب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الملفات الموجودة على الإنترنت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أنظمة الحماية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الأجزاء الملموسة من الحاسوب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أي من الآتي يُعد من وحدات الإدخال؟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الشاشة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الطابعة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لوحة المفاتيح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مكبر الصوت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لوحة المفاتيح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أي من الآتي يُعد من وحدات الإخراج؟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الفأرة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لوحة المفاتيح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الماسح الضوئي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الشاشة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الشاشة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ما الوظيفة الرئيسية لوحدة المعالجة المركزية </w:t>
      </w:r>
      <w:r>
        <w:rPr/>
        <w:t>CPU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تخزين الملفات بصورة دائمة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معالجة البيانات وتنفيذ التعليمات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طباعة المستندات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الاتصال بالإنترنت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معالجة البيانات وتنفيذ التعليمات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أي من وحدات التخزين الآتية تُستخدم لحفظ البيانات بصورة دائمة؟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ذاكرة </w:t>
      </w:r>
      <w:r>
        <w:rPr/>
        <w:t>RAM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القرص الصلب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 xml:space="preserve">ذاكرة </w:t>
      </w:r>
      <w:r>
        <w:rPr/>
        <w:t>Cache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سجل المعالج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القرص الصلب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>ما المقصود بنظام التشغيل؟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برنامج لإنشاء العروض التقديمية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برنامج يدير مكونات الحاسوب ويشغّل التطبيقات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جهاز لتوصيل الحاسوب بالإنترنت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برنامج مخصص للطباعة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برنامج يدير مكونات الحاسوب ويشغّل التطبيقات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>أي من الآتي مثال على نظام تشغيل؟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Microsoft Word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Microsoft Excel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Windows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PowerPoint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Windows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ما الوحدة المستخدمة عادةً لقياس سعة الملفات؟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المتر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البايت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الفولت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الهرتز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البايت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أي من الآتي أكبر من حيث السعة التخزينية؟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كيلوبايت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ميجابايت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جيجابايت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بايت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جيجابايت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بالبرمجيات </w:t>
      </w:r>
      <w:r>
        <w:rPr/>
        <w:t>Software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الأجزاء التي يمكن لمسها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البرامج والتعليمات التي يعمل بها الحاسوب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أسلاك الكهرباء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أجهزة التخزين الخارجية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البرامج والتعليمات التي يعمل بها الحاسوب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صح أو خطأ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تُعد الطابعة من وحدات الإدخال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خطأ؛ الطابعة من وحدات الإخراج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 xml:space="preserve">تُستخدم ذاكرة </w:t>
      </w:r>
      <w:r>
        <w:rPr/>
        <w:t>RAM</w:t>
      </w:r>
      <w:r>
        <w:rPr>
          <w:rtl w:val="true"/>
        </w:rPr>
        <w:t xml:space="preserve"> </w:t>
      </w:r>
      <w:r>
        <w:rPr>
          <w:rtl w:val="true"/>
        </w:rPr>
        <w:t>لتخزين البيانات بصورة مؤقتة أثناء تشغيل الحاسوب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 xml:space="preserve">برنامج </w:t>
      </w:r>
      <w:r>
        <w:rPr/>
        <w:t>Microsoft Word</w:t>
      </w:r>
      <w:r>
        <w:rPr>
          <w:rtl w:val="true"/>
        </w:rPr>
        <w:t xml:space="preserve"> </w:t>
      </w:r>
      <w:r>
        <w:rPr>
          <w:rtl w:val="true"/>
        </w:rPr>
        <w:t>هو نظام تشغيل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خطأ؛ هو برنامج لمعالجة النصوص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يمكن استخدام الحاسوب في التعليم والطب والأعمال والتواصل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 xml:space="preserve">كلما زادت سعة ذاكرة </w:t>
      </w:r>
      <w:r>
        <w:rPr/>
        <w:t>RAM</w:t>
      </w:r>
      <w:r>
        <w:rPr>
          <w:rtl w:val="true"/>
        </w:rPr>
        <w:t xml:space="preserve"> </w:t>
      </w:r>
      <w:r>
        <w:rPr>
          <w:rtl w:val="true"/>
        </w:rPr>
        <w:t>تحسن أداء الحاسوب في تشغيل عدة برامج غالبًا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الثاني</w:t>
      </w:r>
      <w:r>
        <w:rPr>
          <w:rtl w:val="true"/>
        </w:rPr>
        <w:t xml:space="preserve">: </w:t>
      </w:r>
      <w:r>
        <w:rPr>
          <w:rtl w:val="true"/>
        </w:rPr>
        <w:t>نظام التشغيل وإدارة الملفات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بسطح المكتب </w:t>
      </w:r>
      <w:r>
        <w:rPr/>
        <w:t>Desktop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الجزء الرئيسي الذي يظهر بعد تشغيل نظام </w:t>
      </w:r>
      <w:r>
        <w:rPr/>
        <w:t>Windows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برنامج خاص بالحسابات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مجلد لحفظ الصور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جهاز مادي متصل بالحاسوب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الجزء الرئيسي الذي يظهر بعد تشغيل نظام </w:t>
      </w:r>
      <w:r>
        <w:rPr/>
        <w:t>Windows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سلة المحذوفات </w:t>
      </w:r>
      <w:r>
        <w:rPr/>
        <w:t>Recycle Bin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حفظ الملفات المنسوخة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تخزين الملفات المحذوفة مؤقتًا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تشغيل البرامج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حماية الجهاز من الفيروسات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تخزين الملفات المحذوفة مؤقتًا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أي اختصار يُستخدم لنسخ ملف أو نص محدد؟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V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P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C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أي اختصار يُستخدم للصق عنصر منسوخ؟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V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A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Z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V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أي اختصار يُستخدم لقص ملف أو نص؟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V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F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X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>أي اختصار يُستخدم لتحديد جميع العناصر؟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A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P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H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A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>ما الفرق بين الملف والمجلد؟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لا يوجد فرق بينهما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الملف يحتوي على بيانات، والمجلد يُستخدم لتنظيم الملفات والمجلدات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المجلد برنامج والملف جهاز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الملف لا يمكن فتحه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الملف يحتوي على بيانات، والمجلد يُستخدم لتنظيم الملفات والمجلدات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 xml:space="preserve">ما الامتداد الشائع لملفات </w:t>
      </w:r>
      <w:r>
        <w:rPr/>
        <w:t>Microsoft Word</w:t>
      </w:r>
      <w:r>
        <w:rPr>
          <w:rtl w:val="true"/>
        </w:rPr>
        <w:t xml:space="preserve"> </w:t>
      </w:r>
      <w:r>
        <w:rPr>
          <w:rtl w:val="true"/>
        </w:rPr>
        <w:t>الحديثة؟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>. .</w:t>
      </w:r>
      <w:r>
        <w:rPr/>
        <w:t>xlsx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.</w:t>
      </w:r>
      <w:r>
        <w:rPr/>
        <w:t>pptx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>. .</w:t>
      </w:r>
      <w:r>
        <w:rPr/>
        <w:t>docx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>. .</w:t>
      </w:r>
      <w:r>
        <w:rPr/>
        <w:t>jpg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>. .</w:t>
      </w:r>
      <w:r>
        <w:rPr/>
        <w:t>docx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ما الامتداد الشائع لملفات الصور؟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>. .</w:t>
      </w:r>
      <w:r>
        <w:rPr/>
        <w:t>jpg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.</w:t>
      </w:r>
      <w:r>
        <w:rPr/>
        <w:t>exe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>. .</w:t>
      </w:r>
      <w:r>
        <w:rPr/>
        <w:t>xlsx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>. .</w:t>
      </w:r>
      <w:r>
        <w:rPr/>
        <w:t>docx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>. .</w:t>
      </w:r>
      <w:r>
        <w:rPr/>
        <w:t>jpg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ماذا يحدث عند استعادة ملف من سلة المحذوفات؟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يُحذف نهائيًا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يعود إلى موقعه الأصلي غالبًا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يتحول إلى صورة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يُرسل عبر البريد الإلكتروني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يعود إلى موقعه الأصلي غالبًا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عملية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كيف يتم إنشاء مجلد جديد على سطح المكتب؟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النقر بزر الفأرة الأيمن على مساحة فارغة، ثم اختيار جديد </w:t>
      </w:r>
      <w:r>
        <w:rPr/>
        <w:t>New</w:t>
      </w:r>
      <w:r>
        <w:rPr>
          <w:rtl w:val="true"/>
        </w:rPr>
        <w:t xml:space="preserve">، ثم مجلد </w:t>
      </w:r>
      <w:r>
        <w:rPr/>
        <w:t>Folder</w:t>
      </w:r>
      <w:r>
        <w:rPr>
          <w:rtl w:val="true"/>
        </w:rPr>
        <w:t>، وكتابة اسم المجلد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كيف يتم تغيير اسم ملف؟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الملف، ثم النقر بزر الفأرة الأيمن واختيار إعادة تسمية </w:t>
      </w:r>
      <w:r>
        <w:rPr/>
        <w:t>Rename</w:t>
      </w:r>
      <w:r>
        <w:rPr>
          <w:rtl w:val="true"/>
        </w:rPr>
        <w:t xml:space="preserve">، أو الضغط على مفتاح </w:t>
      </w:r>
      <w:r>
        <w:rPr/>
        <w:t>F2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كيف يتم حذف ملف؟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الملف ثم الضغط على مفتاح </w:t>
      </w:r>
      <w:r>
        <w:rPr/>
        <w:t>Delete</w:t>
      </w:r>
      <w:r>
        <w:rPr>
          <w:rtl w:val="true"/>
        </w:rPr>
        <w:t>، أو النقر بزر الفأرة الأيمن واختيار حذف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كيف يتم حذف ملف نهائيًا دون نقله إلى سلة المحذوفات؟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الملف ثم الضغط على </w:t>
      </w:r>
      <w:r>
        <w:rPr/>
        <w:t>Shift + Delete</w:t>
      </w:r>
      <w:r>
        <w:rPr>
          <w:rtl w:val="true"/>
        </w:rPr>
        <w:t>، وبعد ذلك تأكيد الحذف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كيف يتم البحث عن ملف داخل الجهاز؟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فتح مستكشف الملفات </w:t>
      </w:r>
      <w:r>
        <w:rPr/>
        <w:t>File Explorer</w:t>
      </w:r>
      <w:r>
        <w:rPr>
          <w:rtl w:val="true"/>
        </w:rPr>
        <w:t>، ثم كتابة اسم الملف أو جزء منه في مربع البحث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الثالث</w:t>
      </w:r>
      <w:r>
        <w:rPr>
          <w:rtl w:val="true"/>
        </w:rPr>
        <w:t xml:space="preserve">: </w:t>
      </w:r>
      <w:r>
        <w:rPr>
          <w:rtl w:val="true"/>
        </w:rPr>
        <w:t>الإنترنت والبريد الإلكتروني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ما المقصود بالإنترنت؟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برنامج لمعالجة النصوص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شبكة عالمية تربط ملايين الأجهزة والشبكات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وحدة تخزين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نظام تشغيل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شبكة عالمية تربط ملايين الأجهزة والشبكات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أي من الآتي يُعد متصفح إنترنت؟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Google Chrome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Microsoft Excel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Paint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Calculator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Google Chrome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أي من الآتي يُعد محرك بحث؟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Google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Word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Windows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PowerPoint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Google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ماذا يعني الاختصار </w:t>
      </w:r>
      <w:r>
        <w:rPr/>
        <w:t>URL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عنوان المورد أو صفحة الويب على الإنترنت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اسم مستخدم البريد الإلكتروني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برنامج حماية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وحدة معالجة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عنوان المورد أو صفحة الويب على الإنترنت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بتنزيل ملف </w:t>
      </w:r>
      <w:r>
        <w:rPr/>
        <w:t>Download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إرسال ملف من الجهاز إلى الإنترنت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نقل ملف من الإنترنت إلى الجهاز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حذف ملف من الجهاز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طباعة ملف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نقل ملف من الإنترنت إلى الجهاز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برفع ملف </w:t>
      </w:r>
      <w:r>
        <w:rPr/>
        <w:t>Upload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نقل ملف من الجهاز إلى موقع أو خدمة على الإنترنت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نقل ملف من الإنترنت إلى الجهاز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ضغط الملف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حذف الملف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نقل ملف من الجهاز إلى موقع أو خدمة على الإنترنت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>أي حقل يُستخدم لإرسال نسخة ظاهرة من الرسالة إلى شخص آخر؟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To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BCC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Subject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CC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أي حقل يُستخدم لإرسال نسخة مخفية من الرسالة؟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To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BCC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Attachment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BCC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حقل </w:t>
      </w:r>
      <w:r>
        <w:rPr/>
        <w:t>Subject</w:t>
      </w:r>
      <w:r>
        <w:rPr>
          <w:rtl w:val="true"/>
        </w:rPr>
        <w:t xml:space="preserve"> </w:t>
      </w:r>
      <w:r>
        <w:rPr>
          <w:rtl w:val="true"/>
        </w:rPr>
        <w:t>في البريد الإلكتروني؟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كتابة عنوان أو موضوع الرسالة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كتابة عنوان المستلم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إرفاق ملف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حذف الرسالة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كتابة عنوان أو موضوع الرسالة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بالملف المرفق </w:t>
      </w:r>
      <w:r>
        <w:rPr/>
        <w:t>Attachment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ملف يتم إرساله مع رسالة البريد الإلكتروني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كلمة مرور البريد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عنوان موقع إلكتروني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رسالة غير مرغوب فيها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ملف يتم إرساله مع رسالة البريد الإلكتروني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صح أو خطأ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يمكن أن تحتوي رسالة البريد الإلكتروني على صور ومستندات مرفقة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من الآمن فتح جميع الروابط التي تصل عبر البريد الإلكتروني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خطأ؛ يجب التأكد من المرسل والرابط قبل فتحه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يمكن استخدام علامات الاقتباس عند البحث عن عبارة محددة في محرك البحث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الرسائل الموجودة في مجلد </w:t>
      </w:r>
      <w:r>
        <w:rPr/>
        <w:t>Spam</w:t>
      </w:r>
      <w:r>
        <w:rPr>
          <w:rtl w:val="true"/>
        </w:rPr>
        <w:t xml:space="preserve"> </w:t>
      </w:r>
      <w:r>
        <w:rPr>
          <w:rtl w:val="true"/>
        </w:rPr>
        <w:t>تكون دائمًا آمنة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يُفضل تسجيل الخروج من البريد الإلكتروني عند استخدام جهاز عام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الرابع</w:t>
      </w:r>
      <w:r>
        <w:rPr>
          <w:rtl w:val="true"/>
        </w:rPr>
        <w:t xml:space="preserve">: </w:t>
      </w:r>
      <w:r>
        <w:rPr>
          <w:rtl w:val="true"/>
        </w:rPr>
        <w:t xml:space="preserve">برنامج </w:t>
      </w:r>
      <w:r>
        <w:rPr/>
        <w:t>Microsoft Word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الاستخدام الرئيسي لبرنامج </w:t>
      </w:r>
      <w:r>
        <w:rPr/>
        <w:t>Microsoft Word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إنشاء الجداول الحسابية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معالجة النصوص وإنشاء المستندات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إنشاء قواعد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تصفح الإنترنت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معالجة النصوص وإنشاء المستندات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ما اختصار إنشاء مستند جديد؟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P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F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N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ما اختصار حفظ المستند؟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H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B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L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S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ما اختصار فتح مستند محفوظ؟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C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V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U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O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 xml:space="preserve">ما اختصار جعل النص عريضًا </w:t>
      </w:r>
      <w:r>
        <w:rPr/>
        <w:t>Bold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B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I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U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E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B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 xml:space="preserve">ما اختصار جعل النص مائلًا </w:t>
      </w:r>
      <w:r>
        <w:rPr/>
        <w:t>Italic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R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I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J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P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I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 xml:space="preserve">ما اختصار وضع خط أسفل النص </w:t>
      </w:r>
      <w:r>
        <w:rPr/>
        <w:t>Underline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U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W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U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أي أمر يُستخدم لتغيير المسافة بين سطور الفقرة؟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Line and Paragraph Spacing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Find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Replace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Save As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Line and Paragraph Spacing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ما وظيفة التدقيق الإملائي والنحوي؟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تغيير لون الصفحة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اكتشاف الأخطاء الإملائية والنحوية واقتراح تصحيحها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طباعة المستند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إدراج الجداول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اكتشاف الأخطاء الإملائية والنحوية واقتراح تصحيحها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ما الأمر المستخدم للبحث عن كلمة داخل المستند؟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Find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Print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Save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Zoom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Find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11</w:t>
      </w:r>
      <w:r>
        <w:rPr>
          <w:rtl w:val="true"/>
        </w:rPr>
        <w:t xml:space="preserve">: </w:t>
      </w:r>
      <w:r>
        <w:rPr>
          <w:rtl w:val="true"/>
        </w:rPr>
        <w:t>ما الأمر المستخدم لاستبدال كلمة بأخرى داخل المستند؟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Replace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Copy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Paste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Insert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Replace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12</w:t>
      </w:r>
      <w:r>
        <w:rPr>
          <w:rtl w:val="true"/>
        </w:rPr>
        <w:t xml:space="preserve">: </w:t>
      </w:r>
      <w:r>
        <w:rPr>
          <w:rtl w:val="true"/>
        </w:rPr>
        <w:t>من أي تبويب يمكن إدراج صورة داخل المستند؟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Insert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Review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View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File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Insert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13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الرأس </w:t>
      </w:r>
      <w:r>
        <w:rPr/>
        <w:t>Header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إضافة محتوى يتكرر أعلى صفحات المستند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حذف الصفحة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إدراج صورة في منتصف الصفحة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تصحيح الأخطاء الإملائية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إضافة محتوى يتكرر أعلى صفحات المستند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14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التذييل </w:t>
      </w:r>
      <w:r>
        <w:rPr/>
        <w:t>Footer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إضافة محتوى يتكرر أسفل صفحات المستند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جعل النص عريضًا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حفظ المستند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تغيير لغة البرنامج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إضافة محتوى يتكرر أسفل صفحات المستند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15</w:t>
      </w:r>
      <w:r>
        <w:rPr>
          <w:rtl w:val="true"/>
        </w:rPr>
        <w:t xml:space="preserve">: </w:t>
      </w:r>
      <w:r>
        <w:rPr>
          <w:rtl w:val="true"/>
        </w:rPr>
        <w:t>ما الأمر المستخدم لإضافة أرقام الصفحات؟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Page Number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Word Count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Orientation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Margins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Page Number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عملية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كيف يتم تغيير نوع الخط وحجمه؟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النص، ثم اختيار نوع الخط وحجمه من مجموعة </w:t>
      </w:r>
      <w:r>
        <w:rPr/>
        <w:t>Font</w:t>
      </w:r>
      <w:r>
        <w:rPr>
          <w:rtl w:val="true"/>
        </w:rPr>
        <w:t xml:space="preserve"> </w:t>
      </w:r>
      <w:r>
        <w:rPr>
          <w:rtl w:val="true"/>
        </w:rPr>
        <w:t xml:space="preserve">في تبويب </w:t>
      </w:r>
      <w:r>
        <w:rPr/>
        <w:t>Home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كيف يتم تغيير اتجاه الصفحة من عمودي إلى أفقي؟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فتح تبويب </w:t>
      </w:r>
      <w:r>
        <w:rPr/>
        <w:t>Layout</w:t>
      </w:r>
      <w:r>
        <w:rPr>
          <w:rtl w:val="true"/>
        </w:rPr>
        <w:t xml:space="preserve">، ثم اختيار </w:t>
      </w:r>
      <w:r>
        <w:rPr/>
        <w:t>Orientation</w:t>
      </w:r>
      <w:r>
        <w:rPr>
          <w:rtl w:val="true"/>
        </w:rPr>
        <w:t xml:space="preserve">، ثم </w:t>
      </w:r>
      <w:r>
        <w:rPr/>
        <w:t>Landscape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كيف يتم إدراج جدول؟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فتح تبويب </w:t>
      </w:r>
      <w:r>
        <w:rPr/>
        <w:t>Insert</w:t>
      </w:r>
      <w:r>
        <w:rPr>
          <w:rtl w:val="true"/>
        </w:rPr>
        <w:t xml:space="preserve">، ثم </w:t>
      </w:r>
      <w:r>
        <w:rPr/>
        <w:t>Table</w:t>
      </w:r>
      <w:r>
        <w:rPr>
          <w:rtl w:val="true"/>
        </w:rPr>
        <w:t>، ثم تحديد عدد الأعمدة والصفوف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كيف يتم حفظ المستند بصيغة </w:t>
      </w:r>
      <w:r>
        <w:rPr/>
        <w:t>PDF</w:t>
      </w:r>
      <w:r>
        <w:rPr>
          <w:rtl w:val="true"/>
        </w:rPr>
        <w:t>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اختيار </w:t>
      </w:r>
      <w:r>
        <w:rPr/>
        <w:t>File</w:t>
      </w:r>
      <w:r>
        <w:rPr>
          <w:rtl w:val="true"/>
        </w:rPr>
        <w:t xml:space="preserve">، ثم </w:t>
      </w:r>
      <w:r>
        <w:rPr/>
        <w:t>Save As</w:t>
      </w:r>
      <w:r>
        <w:rPr>
          <w:rtl w:val="true"/>
        </w:rPr>
        <w:t xml:space="preserve"> </w:t>
      </w:r>
      <w:r>
        <w:rPr>
          <w:rtl w:val="true"/>
        </w:rPr>
        <w:t xml:space="preserve">أو </w:t>
      </w:r>
      <w:r>
        <w:rPr/>
        <w:t>Export</w:t>
      </w:r>
      <w:r>
        <w:rPr>
          <w:rtl w:val="true"/>
        </w:rPr>
        <w:t xml:space="preserve">، ثم اختيار </w:t>
      </w:r>
      <w:r>
        <w:rPr/>
        <w:t>PDF</w:t>
      </w:r>
      <w:r>
        <w:rPr>
          <w:rtl w:val="true"/>
        </w:rPr>
        <w:t xml:space="preserve"> </w:t>
      </w:r>
      <w:r>
        <w:rPr>
          <w:rtl w:val="true"/>
        </w:rPr>
        <w:t>من نوع الملف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كيف يتم طباعة المستند؟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الضغط على </w:t>
      </w:r>
      <w:r>
        <w:rPr/>
        <w:t>Ctrl + P</w:t>
      </w:r>
      <w:r>
        <w:rPr>
          <w:rtl w:val="true"/>
        </w:rPr>
        <w:t xml:space="preserve"> </w:t>
      </w:r>
      <w:r>
        <w:rPr>
          <w:rtl w:val="true"/>
        </w:rPr>
        <w:t xml:space="preserve">أو فتح </w:t>
      </w:r>
      <w:r>
        <w:rPr/>
        <w:t>File</w:t>
      </w:r>
      <w:r>
        <w:rPr>
          <w:rtl w:val="true"/>
        </w:rPr>
        <w:t xml:space="preserve"> </w:t>
      </w:r>
      <w:r>
        <w:rPr>
          <w:rtl w:val="true"/>
        </w:rPr>
        <w:t xml:space="preserve">ثم </w:t>
      </w:r>
      <w:r>
        <w:rPr/>
        <w:t>Print</w:t>
      </w:r>
      <w:r>
        <w:rPr>
          <w:rtl w:val="true"/>
        </w:rPr>
        <w:t xml:space="preserve">، وتحديد الطابعة والإعدادات ثم الضغط على </w:t>
      </w:r>
      <w:r>
        <w:rPr/>
        <w:t>Print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الخامس</w:t>
      </w:r>
      <w:r>
        <w:rPr>
          <w:rtl w:val="true"/>
        </w:rPr>
        <w:t xml:space="preserve">: </w:t>
      </w:r>
      <w:r>
        <w:rPr>
          <w:rtl w:val="true"/>
        </w:rPr>
        <w:t xml:space="preserve">برنامج </w:t>
      </w:r>
      <w:r>
        <w:rPr/>
        <w:t>Microsoft Excel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الاستخدام الرئيسي لبرنامج </w:t>
      </w:r>
      <w:r>
        <w:rPr/>
        <w:t>Microsoft Excel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تصميم الصور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إنشاء الجداول وإجراء العمليات الحسابية وتحليل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تحرير الفيديو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تصفح الإنترنت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إنشاء الجداول وإجراء العمليات الحسابية وتحليل البيانات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 xml:space="preserve">ماذا يُطلق على الملف في برنامج </w:t>
      </w:r>
      <w:r>
        <w:rPr/>
        <w:t>Excel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مستند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مصنف </w:t>
      </w:r>
      <w:r>
        <w:rPr/>
        <w:t>Workbook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عرض تقديمي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قاعدة بيانات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مصنف </w:t>
      </w:r>
      <w:r>
        <w:rPr/>
        <w:t>Workbook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يتكون تقاطع الصف والعمود من</w:t>
      </w:r>
      <w:r>
        <w:rPr>
          <w:rtl w:val="true"/>
        </w:rPr>
        <w:t>: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ورقة عمل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خلية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مخطط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دالة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خلية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ما عنوان الخلية الموجودة في العمود </w:t>
      </w:r>
      <w:r>
        <w:rPr/>
        <w:t>B</w:t>
      </w:r>
      <w:r>
        <w:rPr>
          <w:rtl w:val="true"/>
        </w:rPr>
        <w:t xml:space="preserve"> </w:t>
      </w:r>
      <w:r>
        <w:rPr>
          <w:rtl w:val="true"/>
        </w:rPr>
        <w:t xml:space="preserve">والصف </w:t>
      </w:r>
      <w:r>
        <w:rPr/>
        <w:t>5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5B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B5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BB5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B-5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B5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 xml:space="preserve">بأي رمز تبدأ الصيغة الحسابية في </w:t>
      </w:r>
      <w:r>
        <w:rPr/>
        <w:t>Excel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+ </w:t>
      </w:r>
      <w:r>
        <w:rPr>
          <w:rtl w:val="true"/>
        </w:rPr>
        <w:t>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=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>. #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>. @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>. =.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 xml:space="preserve">أي صيغة تُستخدم لجمع القيم الموجودة في الخليتين </w:t>
      </w:r>
      <w:r>
        <w:rPr/>
        <w:t>A1</w:t>
      </w:r>
      <w:r>
        <w:rPr>
          <w:rtl w:val="true"/>
        </w:rPr>
        <w:t xml:space="preserve"> </w:t>
      </w:r>
      <w:r>
        <w:rPr>
          <w:rtl w:val="true"/>
        </w:rPr>
        <w:t>و</w:t>
      </w:r>
      <w:r>
        <w:rPr/>
        <w:t>B1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A1+B1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=</w:t>
      </w:r>
      <w:r>
        <w:rPr/>
        <w:t>A1+B1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SUM A1 B1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A1=B1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>. =</w:t>
      </w:r>
      <w:r>
        <w:rPr/>
        <w:t>A1+B1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>ما الدالة المستخدمة لجمع مجموعة من القيم؟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SUM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AVERAGE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MAX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MIN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SUM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ما الدالة المستخدمة لحساب المتوسط الحسابي؟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COUNT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SUM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AVERAGE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MAX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AVERAGE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ما الدالة المستخدمة لإيجاد أكبر قيمة؟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MIN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MAX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COUNT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IF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MAX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ما الدالة المستخدمة لإيجاد أصغر قيمة؟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MAX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MIN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SUM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AVERAGE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MIN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11</w:t>
      </w:r>
      <w:r>
        <w:rPr>
          <w:rtl w:val="true"/>
        </w:rPr>
        <w:t xml:space="preserve">: </w:t>
      </w:r>
      <w:r>
        <w:rPr>
          <w:rtl w:val="true"/>
        </w:rPr>
        <w:t>ما الدالة المستخدمة لعدّ الخلايا التي تحتوي على أرقام؟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COUNT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SUM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MAX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TODAY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COUNT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12</w:t>
      </w:r>
      <w:r>
        <w:rPr>
          <w:rtl w:val="true"/>
        </w:rPr>
        <w:t xml:space="preserve">: </w:t>
      </w:r>
      <w:r>
        <w:rPr>
          <w:rtl w:val="true"/>
        </w:rPr>
        <w:t xml:space="preserve">أي صيغة صحيحة لجمع القيم من </w:t>
      </w:r>
      <w:r>
        <w:rPr/>
        <w:t>A1</w:t>
      </w:r>
      <w:r>
        <w:rPr>
          <w:rtl w:val="true"/>
        </w:rPr>
        <w:t xml:space="preserve"> </w:t>
      </w:r>
      <w:r>
        <w:rPr>
          <w:rtl w:val="true"/>
        </w:rPr>
        <w:t xml:space="preserve">إلى </w:t>
      </w:r>
      <w:r>
        <w:rPr/>
        <w:t>A10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>. =</w:t>
      </w:r>
      <w:r>
        <w:rPr/>
        <w:t>SUM(A1:A10)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=</w:t>
      </w:r>
      <w:r>
        <w:rPr/>
        <w:t>ADD(A1-A10)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SUM=A1:A10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>. =</w:t>
      </w:r>
      <w:r>
        <w:rPr/>
        <w:t>A1:A10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>. =</w:t>
      </w:r>
      <w:r>
        <w:rPr/>
        <w:t>SUM(A1:A10)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13</w:t>
      </w:r>
      <w:r>
        <w:rPr>
          <w:rtl w:val="true"/>
        </w:rPr>
        <w:t xml:space="preserve">: </w:t>
      </w:r>
      <w:r>
        <w:rPr>
          <w:rtl w:val="true"/>
        </w:rPr>
        <w:t>ما المقصود بالمرجع المطلق؟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مرجع يتغير عند نسخ الصيغة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مرجع ثابت لا يتغير عند نسخ الصيغة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مرجع يحتوي على نص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مرجع لورقة محذوفة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مرجع ثابت لا يتغير عند نسخ الصيغة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14</w:t>
      </w:r>
      <w:r>
        <w:rPr>
          <w:rtl w:val="true"/>
        </w:rPr>
        <w:t xml:space="preserve">: </w:t>
      </w:r>
      <w:r>
        <w:rPr>
          <w:rtl w:val="true"/>
        </w:rPr>
        <w:t>أي مرجع من الآتي يُعد مرجعًا مطلقًا؟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A1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>. $</w:t>
      </w:r>
      <w:r>
        <w:rPr/>
        <w:t>A$1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A$1</w:t>
      </w:r>
      <w:r>
        <w:rPr>
          <w:rtl w:val="true"/>
        </w:rPr>
        <w:t xml:space="preserve"> </w:t>
      </w:r>
      <w:r>
        <w:rPr>
          <w:rtl w:val="true"/>
        </w:rPr>
        <w:t>فقط دائمًا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A:A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>. $</w:t>
      </w:r>
      <w:r>
        <w:rPr/>
        <w:t>A$1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15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التعبئة التلقائية </w:t>
      </w:r>
      <w:r>
        <w:rPr/>
        <w:t>AutoFill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حذف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نسخ البيانات أو استكمال سلسلة من القيم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طباعة الورقة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حماية الملف بكلمة مرور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نسخ البيانات أو استكمال سلسلة من القيم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عملية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اكتب صيغة لحساب مجموع القيم من </w:t>
      </w:r>
      <w:r>
        <w:rPr/>
        <w:t>B2</w:t>
      </w:r>
      <w:r>
        <w:rPr>
          <w:rtl w:val="true"/>
        </w:rPr>
        <w:t xml:space="preserve"> </w:t>
      </w:r>
      <w:r>
        <w:rPr>
          <w:rtl w:val="true"/>
        </w:rPr>
        <w:t xml:space="preserve">إلى </w:t>
      </w:r>
      <w:r>
        <w:rPr/>
        <w:t>B8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>: =</w:t>
      </w:r>
      <w:r>
        <w:rPr/>
        <w:t>SUM(B2:B8)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 xml:space="preserve">اكتب صيغة لحساب متوسط القيم من </w:t>
      </w:r>
      <w:r>
        <w:rPr/>
        <w:t>C2</w:t>
      </w:r>
      <w:r>
        <w:rPr>
          <w:rtl w:val="true"/>
        </w:rPr>
        <w:t xml:space="preserve"> </w:t>
      </w:r>
      <w:r>
        <w:rPr>
          <w:rtl w:val="true"/>
        </w:rPr>
        <w:t xml:space="preserve">إلى </w:t>
      </w:r>
      <w:r>
        <w:rPr/>
        <w:t>C10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>: =</w:t>
      </w:r>
      <w:r>
        <w:rPr/>
        <w:t>AVERAGE(C2:C10)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 xml:space="preserve">اكتب صيغة لإيجاد أعلى علامة من </w:t>
      </w:r>
      <w:r>
        <w:rPr/>
        <w:t>D2</w:t>
      </w:r>
      <w:r>
        <w:rPr>
          <w:rtl w:val="true"/>
        </w:rPr>
        <w:t xml:space="preserve"> </w:t>
      </w:r>
      <w:r>
        <w:rPr>
          <w:rtl w:val="true"/>
        </w:rPr>
        <w:t xml:space="preserve">إلى </w:t>
      </w:r>
      <w:r>
        <w:rPr/>
        <w:t>D20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>: =</w:t>
      </w:r>
      <w:r>
        <w:rPr/>
        <w:t>MAX(D2:D20)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 xml:space="preserve">اكتب صيغة لإيجاد أقل راتب من </w:t>
      </w:r>
      <w:r>
        <w:rPr/>
        <w:t>E2</w:t>
      </w:r>
      <w:r>
        <w:rPr>
          <w:rtl w:val="true"/>
        </w:rPr>
        <w:t xml:space="preserve"> </w:t>
      </w:r>
      <w:r>
        <w:rPr>
          <w:rtl w:val="true"/>
        </w:rPr>
        <w:t xml:space="preserve">إلى </w:t>
      </w:r>
      <w:r>
        <w:rPr/>
        <w:t>E15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>: =</w:t>
      </w:r>
      <w:r>
        <w:rPr/>
        <w:t>MIN(E2:E15)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 xml:space="preserve">اكتب دالة تُظهر كلمة </w:t>
      </w:r>
      <w:r>
        <w:rPr>
          <w:rtl w:val="true"/>
        </w:rPr>
        <w:t>"</w:t>
      </w:r>
      <w:r>
        <w:rPr>
          <w:rtl w:val="true"/>
        </w:rPr>
        <w:t>ناجح</w:t>
      </w:r>
      <w:r>
        <w:rPr>
          <w:rtl w:val="true"/>
        </w:rPr>
        <w:t xml:space="preserve">" </w:t>
      </w:r>
      <w:r>
        <w:rPr>
          <w:rtl w:val="true"/>
        </w:rPr>
        <w:t xml:space="preserve">إذا كانت العلامة في </w:t>
      </w:r>
      <w:r>
        <w:rPr/>
        <w:t>A1</w:t>
      </w:r>
      <w:r>
        <w:rPr>
          <w:rtl w:val="true"/>
        </w:rPr>
        <w:t xml:space="preserve"> </w:t>
      </w:r>
      <w:r>
        <w:rPr>
          <w:rtl w:val="true"/>
        </w:rPr>
        <w:t xml:space="preserve">تساوي </w:t>
      </w:r>
      <w:r>
        <w:rPr/>
        <w:t>50</w:t>
      </w:r>
      <w:r>
        <w:rPr>
          <w:rtl w:val="true"/>
        </w:rPr>
        <w:t xml:space="preserve"> </w:t>
      </w:r>
      <w:r>
        <w:rPr>
          <w:rtl w:val="true"/>
        </w:rPr>
        <w:t xml:space="preserve">أو أكثر، وكلمة </w:t>
      </w:r>
      <w:r>
        <w:rPr>
          <w:rtl w:val="true"/>
        </w:rPr>
        <w:t>"</w:t>
      </w:r>
      <w:r>
        <w:rPr>
          <w:rtl w:val="true"/>
        </w:rPr>
        <w:t>راسب</w:t>
      </w:r>
      <w:r>
        <w:rPr>
          <w:rtl w:val="true"/>
        </w:rPr>
        <w:t xml:space="preserve">" </w:t>
      </w:r>
      <w:r>
        <w:rPr>
          <w:rtl w:val="true"/>
        </w:rPr>
        <w:t>خلاف ذلك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>: =</w:t>
      </w:r>
      <w:r>
        <w:rPr/>
        <w:t>IF</w:t>
      </w:r>
      <w:r>
        <w:rPr>
          <w:rtl w:val="true"/>
        </w:rPr>
        <w:t>(</w:t>
      </w:r>
      <w:r>
        <w:rPr/>
        <w:t>A1&gt;=50</w:t>
      </w:r>
      <w:r>
        <w:rPr>
          <w:rtl w:val="true"/>
        </w:rPr>
        <w:t>,"</w:t>
      </w:r>
      <w:r>
        <w:rPr>
          <w:rtl w:val="true"/>
        </w:rPr>
        <w:t>ناجح</w:t>
      </w:r>
      <w:r>
        <w:rPr>
          <w:rtl w:val="true"/>
        </w:rPr>
        <w:t>","</w:t>
      </w:r>
      <w:r>
        <w:rPr>
          <w:rtl w:val="true"/>
        </w:rPr>
        <w:t>راسب</w:t>
      </w:r>
      <w:r>
        <w:rPr>
          <w:rtl w:val="true"/>
        </w:rPr>
        <w:t>")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>كيف يتم إنشاء مخطط بياني؟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البيانات، ثم فتح تبويب </w:t>
      </w:r>
      <w:r>
        <w:rPr/>
        <w:t>Insert</w:t>
      </w:r>
      <w:r>
        <w:rPr>
          <w:rtl w:val="true"/>
        </w:rPr>
        <w:t>، واختيار نوع المخطط المناسب مثل العمودي أو الدائري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>كيف يتم ترتيب البيانات من الأصغر إلى الأكبر؟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البيانات، ثم استخدام أمر </w:t>
      </w:r>
      <w:r>
        <w:rPr/>
        <w:t>Sort Smallest to Largest</w:t>
      </w:r>
      <w:r>
        <w:rPr>
          <w:rtl w:val="true"/>
        </w:rPr>
        <w:t xml:space="preserve"> </w:t>
      </w:r>
      <w:r>
        <w:rPr>
          <w:rtl w:val="true"/>
        </w:rPr>
        <w:t xml:space="preserve">من تبويب </w:t>
      </w:r>
      <w:r>
        <w:rPr/>
        <w:t>Data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 xml:space="preserve">ما فائدة التصفية </w:t>
      </w:r>
      <w:r>
        <w:rPr/>
        <w:t>Filter</w:t>
      </w:r>
      <w:r>
        <w:rPr>
          <w:rtl w:val="true"/>
        </w:rPr>
        <w:t>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عرض السجلات التي تحقق شروطًا محددة وإخفاء السجلات الأخرى مؤقتًا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كيف يتم دمج عدة خلايا؟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الخلايا، ثم اختيار </w:t>
      </w:r>
      <w:r>
        <w:rPr/>
        <w:t>Merge &amp; Center</w:t>
      </w:r>
      <w:r>
        <w:rPr>
          <w:rtl w:val="true"/>
        </w:rPr>
        <w:t xml:space="preserve"> </w:t>
      </w:r>
      <w:r>
        <w:rPr>
          <w:rtl w:val="true"/>
        </w:rPr>
        <w:t xml:space="preserve">من تبويب </w:t>
      </w:r>
      <w:r>
        <w:rPr/>
        <w:t>Home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كيف يتم تنسيق الخلية لتظهر القيمة كنسبة مئوية؟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الخلية ثم اختيار تنسيق </w:t>
      </w:r>
      <w:r>
        <w:rPr/>
        <w:t>Percentage</w:t>
      </w:r>
      <w:r>
        <w:rPr>
          <w:rtl w:val="true"/>
        </w:rPr>
        <w:t xml:space="preserve"> </w:t>
      </w:r>
      <w:r>
        <w:rPr>
          <w:rtl w:val="true"/>
        </w:rPr>
        <w:t xml:space="preserve">من مجموعة </w:t>
      </w:r>
      <w:r>
        <w:rPr/>
        <w:t>Number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السادس</w:t>
      </w:r>
      <w:r>
        <w:rPr>
          <w:rtl w:val="true"/>
        </w:rPr>
        <w:t xml:space="preserve">: </w:t>
      </w:r>
      <w:r>
        <w:rPr>
          <w:rtl w:val="true"/>
        </w:rPr>
        <w:t xml:space="preserve">برنامج </w:t>
      </w:r>
      <w:r>
        <w:rPr/>
        <w:t>Microsoft PowerPoint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الاستخدام الرئيسي لبرنامج </w:t>
      </w:r>
      <w:r>
        <w:rPr/>
        <w:t>PowerPoint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إنشاء العروض التقديمية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إنشاء قواعد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إجراء الحسابات المالية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ضغط الملفات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إنشاء العروض التقديمية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 xml:space="preserve">ماذا تسمى الصفحة الواحدة في </w:t>
      </w:r>
      <w:r>
        <w:rPr/>
        <w:t>PowerPoint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خلية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شريحة </w:t>
      </w:r>
      <w:r>
        <w:rPr/>
        <w:t>Slide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سجل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ورقة حسابية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شريحة </w:t>
      </w:r>
      <w:r>
        <w:rPr/>
        <w:t>Slide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ما اختصار إنشاء عرض تقديمي جديد؟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U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H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R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N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ما اختصار حفظ العرض التقديمي؟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P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S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M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S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ما اختصار إضافة شريحة جديدة؟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L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Ctrl + D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B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Ctrl + M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بالانتقالات </w:t>
      </w:r>
      <w:r>
        <w:rPr/>
        <w:t>Transitions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تأثيرات تظهر عند الانتقال من شريحة إلى أخرى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تأثيرات مخصصة للنصوص داخل الشريحة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طرق حفظ العرض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إعدادات الطباعة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تأثيرات تظهر عند الانتقال من شريحة إلى أخرى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بالحركات </w:t>
      </w:r>
      <w:r>
        <w:rPr/>
        <w:t>Animations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تأثيرات تُطبق على عناصر الشريحة مثل النصوص والصور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تأثيرات الانتقال بين الشرائح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تغيير حجم الصفحة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حماية العرض بكلمة مرور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تأثيرات تُطبق على عناصر الشريحة مثل النصوص والصور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من أي تبويب يمكن إدراج صورة؟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Insert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Review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Slide Show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View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Insert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>من أي تبويب يمكن اختيار تصميم العرض؟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Design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Home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Review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File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Design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ما المفتاح المستخدم لبدء العرض من الشريحة الأولى؟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F1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F5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F7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F12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F5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11</w:t>
      </w:r>
      <w:r>
        <w:rPr>
          <w:rtl w:val="true"/>
        </w:rPr>
        <w:t xml:space="preserve">: </w:t>
      </w:r>
      <w:r>
        <w:rPr>
          <w:rtl w:val="true"/>
        </w:rPr>
        <w:t>ما الاختصار المستخدم لبدء العرض من الشريحة الحالية؟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Shift + F5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Ctrl + F5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Alt + F5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Ctrl + Shift + S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Shift + F5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12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</w:t>
      </w:r>
      <w:r>
        <w:rPr/>
        <w:t>Slide Master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توحيد التصميم والتنسيق على عدة شرائح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حذف جميع الشرائح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تحويل العرض إلى جدول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إضافة عمليات حسابية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توحيد التصميم والتنسيق على عدة شرائح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عملية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كيف يتم تغيير تخطيط الشريحة؟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الشريحة، ثم اختيار </w:t>
      </w:r>
      <w:r>
        <w:rPr/>
        <w:t>Layout</w:t>
      </w:r>
      <w:r>
        <w:rPr>
          <w:rtl w:val="true"/>
        </w:rPr>
        <w:t xml:space="preserve"> </w:t>
      </w:r>
      <w:r>
        <w:rPr>
          <w:rtl w:val="true"/>
        </w:rPr>
        <w:t xml:space="preserve">من تبويب </w:t>
      </w:r>
      <w:r>
        <w:rPr/>
        <w:t>Home</w:t>
      </w:r>
      <w:r>
        <w:rPr>
          <w:rtl w:val="true"/>
        </w:rPr>
        <w:t>، واختيار التخطيط المناسب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كيف يتم تكرار شريحة؟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النقر بزر الفأرة الأيمن على الشريحة، ثم اختيار </w:t>
      </w:r>
      <w:r>
        <w:rPr/>
        <w:t>Duplicate Slide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كيف يتم حذف شريحة؟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تحديد الشريحة ثم الضغط على </w:t>
      </w:r>
      <w:r>
        <w:rPr/>
        <w:t>Delete</w:t>
      </w:r>
      <w:r>
        <w:rPr>
          <w:rtl w:val="true"/>
        </w:rPr>
        <w:t xml:space="preserve">، أو النقر بزر الفأرة الأيمن واختيار </w:t>
      </w:r>
      <w:r>
        <w:rPr/>
        <w:t>Delete Slide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كيف يتم إضافة انتقال لجميع الشرائح؟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اختيار الانتقال من تبويب </w:t>
      </w:r>
      <w:r>
        <w:rPr/>
        <w:t>Transitions</w:t>
      </w:r>
      <w:r>
        <w:rPr>
          <w:rtl w:val="true"/>
        </w:rPr>
        <w:t xml:space="preserve">، ثم الضغط على </w:t>
      </w:r>
      <w:r>
        <w:rPr/>
        <w:t>Apply to All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كيف يتم إدراج فيديو داخل العرض؟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فتح تبويب </w:t>
      </w:r>
      <w:r>
        <w:rPr/>
        <w:t>Insert</w:t>
      </w:r>
      <w:r>
        <w:rPr>
          <w:rtl w:val="true"/>
        </w:rPr>
        <w:t xml:space="preserve">، ثم </w:t>
      </w:r>
      <w:r>
        <w:rPr/>
        <w:t>Video</w:t>
      </w:r>
      <w:r>
        <w:rPr>
          <w:rtl w:val="true"/>
        </w:rPr>
        <w:t>، واختيار مصدر الفيديو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>كيف يتم تغيير ترتيب الشرائح؟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سحب الشريحة من جزء الشرائح ووضعها في المكان المطلوب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 xml:space="preserve">كيف يتم حفظ العرض بصيغة </w:t>
      </w:r>
      <w:r>
        <w:rPr/>
        <w:t>PDF</w:t>
      </w:r>
      <w:r>
        <w:rPr>
          <w:rtl w:val="true"/>
        </w:rPr>
        <w:t>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 xml:space="preserve">اختيار </w:t>
      </w:r>
      <w:r>
        <w:rPr/>
        <w:t>File</w:t>
      </w:r>
      <w:r>
        <w:rPr>
          <w:rtl w:val="true"/>
        </w:rPr>
        <w:t xml:space="preserve">، ثم </w:t>
      </w:r>
      <w:r>
        <w:rPr/>
        <w:t>Save As</w:t>
      </w:r>
      <w:r>
        <w:rPr>
          <w:rtl w:val="true"/>
        </w:rPr>
        <w:t xml:space="preserve"> </w:t>
      </w:r>
      <w:r>
        <w:rPr>
          <w:rtl w:val="true"/>
        </w:rPr>
        <w:t xml:space="preserve">أو </w:t>
      </w:r>
      <w:r>
        <w:rPr/>
        <w:t>Export</w:t>
      </w:r>
      <w:r>
        <w:rPr>
          <w:rtl w:val="true"/>
        </w:rPr>
        <w:t xml:space="preserve">، ثم اختيار </w:t>
      </w:r>
      <w:r>
        <w:rPr/>
        <w:t>PDF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>ما أهم قواعد إعداد عرض تقديمي جيد؟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استخدام نصوص مختصرة، وخط واضح، وألوان متناسقة، وصور مناسبة، وعدم المبالغة في الحركات والانتقالات</w:t>
      </w:r>
      <w:r>
        <w:rPr>
          <w:rtl w:val="true"/>
        </w:rPr>
        <w:t>.</w:t>
      </w:r>
    </w:p>
    <w:p>
      <w:pPr>
        <w:pStyle w:val="Normal"/>
        <w:ind w:hanging="0" w:left="0"/>
        <w:jc w:val="right"/>
        <w:rPr/>
      </w:pPr>
      <w:r>
        <w:rPr/>
      </w:r>
      <w:r>
        <w:br w:type="page"/>
      </w:r>
    </w:p>
    <w:p>
      <w:pPr>
        <w:pStyle w:val="SectionArabic"/>
        <w:bidi w:val="1"/>
        <w:spacing w:before="0" w:after="160"/>
        <w:ind w:hanging="0" w:left="0"/>
        <w:jc w:val="left"/>
        <w:rPr/>
      </w:pPr>
      <w:r>
        <w:rPr>
          <w:rtl w:val="true"/>
        </w:rPr>
        <w:t>المحور السابع</w:t>
      </w:r>
      <w:r>
        <w:rPr>
          <w:rtl w:val="true"/>
        </w:rPr>
        <w:t xml:space="preserve">: </w:t>
      </w:r>
      <w:r>
        <w:rPr>
          <w:rtl w:val="true"/>
        </w:rPr>
        <w:t xml:space="preserve">برنامج </w:t>
      </w:r>
      <w:r>
        <w:rPr/>
        <w:t>Microsoft Access</w:t>
      </w:r>
      <w:r>
        <w:rPr>
          <w:rtl w:val="true"/>
        </w:rPr>
        <w:t xml:space="preserve"> </w:t>
      </w:r>
      <w:r>
        <w:rPr>
          <w:rtl w:val="true"/>
        </w:rPr>
        <w:t>وقواعد البيانات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أولًا</w:t>
      </w:r>
      <w:r>
        <w:rPr>
          <w:rtl w:val="true"/>
        </w:rPr>
        <w:t xml:space="preserve">: </w:t>
      </w:r>
      <w:r>
        <w:rPr>
          <w:rtl w:val="true"/>
        </w:rPr>
        <w:t>أسئلة اختيار من متعدد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 xml:space="preserve">ما الاستخدام الرئيسي لبرنامج </w:t>
      </w:r>
      <w:r>
        <w:rPr/>
        <w:t>Microsoft Access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إنشاء وإدارة قواعد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إنشاء العروض التقديمية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تحرير الفيديو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تصفح الإنترنت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إنشاء وإدارة قواعد البيانات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ما المقصود بقاعدة البيانات؟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مجموعة منظمة من البيانات المترابطة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صورة محفوظة على الحاسوب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برنامج لحماية الجهاز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عرض تقديمي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مجموعة منظمة من البيانات المترابطة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 xml:space="preserve">ما العنصر المستخدم لتخزين البيانات الأساسية في </w:t>
      </w:r>
      <w:r>
        <w:rPr/>
        <w:t>Access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الجدول </w:t>
      </w:r>
      <w:r>
        <w:rPr/>
        <w:t>Table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التقرير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الاستعلام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الماكرو فقط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الجدول </w:t>
      </w:r>
      <w:r>
        <w:rPr/>
        <w:t>Table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ماذا يسمى العمود في جدول قاعدة البيانات؟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 xml:space="preserve">سجل </w:t>
      </w:r>
      <w:r>
        <w:rPr/>
        <w:t>Record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حقل </w:t>
      </w:r>
      <w:r>
        <w:rPr/>
        <w:t>Field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 xml:space="preserve">نموذج </w:t>
      </w:r>
      <w:r>
        <w:rPr/>
        <w:t>Form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 xml:space="preserve">تقرير </w:t>
      </w:r>
      <w:r>
        <w:rPr/>
        <w:t>Report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 xml:space="preserve">حقل </w:t>
      </w:r>
      <w:r>
        <w:rPr/>
        <w:t>Field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ماذا يسمى الصف في جدول قاعدة البيانات؟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حقل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سجل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استعلام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مفتاح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سجل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6</w:t>
      </w:r>
      <w:r>
        <w:rPr>
          <w:rtl w:val="true"/>
        </w:rPr>
        <w:t xml:space="preserve">: </w:t>
      </w:r>
      <w:r>
        <w:rPr>
          <w:rtl w:val="true"/>
        </w:rPr>
        <w:t xml:space="preserve">ما المقصود بالمفتاح الأساسي </w:t>
      </w:r>
      <w:r>
        <w:rPr/>
        <w:t>Primary Key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حقل يميز كل سجل بقيمة فريدة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كلمة مرور قاعدة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أول جدول يتم إنشاؤه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اسم قاعدة البيانات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حقل يميز كل سجل بقيمة فريدة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7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الاستعلام </w:t>
      </w:r>
      <w:r>
        <w:rPr/>
        <w:t>Query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البحث عن البيانات واستخراجها وفق شروط محددة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إغلاق قاعدة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تغيير لون البرنامج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إنشاء عرض تقديمي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البحث عن البيانات واستخراجها وفق شروط محددة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8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النموذج </w:t>
      </w:r>
      <w:r>
        <w:rPr/>
        <w:t>Form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تسهيل إدخال البيانات وعرضها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حذف قاعدة البيانات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إنشاء مخطط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فحص الفيروسات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تسهيل إدخال البيانات وعرضها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9</w:t>
      </w:r>
      <w:r>
        <w:rPr>
          <w:rtl w:val="true"/>
        </w:rPr>
        <w:t xml:space="preserve">: </w:t>
      </w:r>
      <w:r>
        <w:rPr>
          <w:rtl w:val="true"/>
        </w:rPr>
        <w:t xml:space="preserve">ما وظيفة التقرير </w:t>
      </w:r>
      <w:r>
        <w:rPr/>
        <w:t>Report</w:t>
      </w:r>
      <w:r>
        <w:rPr>
          <w:rtl w:val="true"/>
        </w:rPr>
        <w:t>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عرض البيانات وتنسيقها للطباعة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>
          <w:rtl w:val="true"/>
        </w:rPr>
        <w:t>إدخال البيانات 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>
          <w:rtl w:val="true"/>
        </w:rPr>
        <w:t>حذف الجداول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>
          <w:rtl w:val="true"/>
        </w:rPr>
        <w:t>إنشاء كلمة مرور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>
          <w:rtl w:val="true"/>
        </w:rPr>
        <w:t>عرض البيانات وتنسيقها للطباعة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10</w:t>
      </w:r>
      <w:r>
        <w:rPr>
          <w:rtl w:val="true"/>
        </w:rPr>
        <w:t xml:space="preserve">: </w:t>
      </w:r>
      <w:r>
        <w:rPr>
          <w:rtl w:val="true"/>
        </w:rPr>
        <w:t>أي نوع بيانات يناسب حقل تاريخ الميلاد؟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Short Text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Date/Time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Attachment</w:t>
      </w:r>
      <w:r>
        <w:rPr>
          <w:rtl w:val="true"/>
        </w:rPr>
        <w:t xml:space="preserve"> </w:t>
      </w:r>
      <w:r>
        <w:rPr>
          <w:rtl w:val="true"/>
        </w:rPr>
        <w:t>فقط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Currency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Date/Time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11</w:t>
      </w:r>
      <w:r>
        <w:rPr>
          <w:rtl w:val="true"/>
        </w:rPr>
        <w:t xml:space="preserve">: </w:t>
      </w:r>
      <w:r>
        <w:rPr>
          <w:rtl w:val="true"/>
        </w:rPr>
        <w:t>أي نوع بيانات يناسب حقل سعر المنتج؟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Currency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Yes/No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Date/Time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Hyperlink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Currency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12</w:t>
      </w:r>
      <w:r>
        <w:rPr>
          <w:rtl w:val="true"/>
        </w:rPr>
        <w:t xml:space="preserve">: </w:t>
      </w:r>
      <w:r>
        <w:rPr>
          <w:rtl w:val="true"/>
        </w:rPr>
        <w:t xml:space="preserve">أي نوع بيانات يناسب حقل </w:t>
      </w:r>
      <w:r>
        <w:rPr>
          <w:rtl w:val="true"/>
        </w:rPr>
        <w:t>"</w:t>
      </w:r>
      <w:r>
        <w:rPr>
          <w:rtl w:val="true"/>
        </w:rPr>
        <w:t>هل الطالب ناجح؟</w:t>
      </w:r>
      <w:r>
        <w:rPr>
          <w:rtl w:val="true"/>
        </w:rPr>
        <w:t>"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Yes/No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ب</w:t>
      </w:r>
      <w:r>
        <w:rPr>
          <w:rtl w:val="true"/>
        </w:rPr>
        <w:t xml:space="preserve">. </w:t>
      </w:r>
      <w:r>
        <w:rPr/>
        <w:t>Currency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ج</w:t>
      </w:r>
      <w:r>
        <w:rPr>
          <w:rtl w:val="true"/>
        </w:rPr>
        <w:t xml:space="preserve">. </w:t>
      </w:r>
      <w:r>
        <w:rPr/>
        <w:t>Date/Time</w:t>
      </w:r>
    </w:p>
    <w:p>
      <w:pPr>
        <w:pStyle w:val="Normal"/>
        <w:bidi w:val="1"/>
        <w:ind w:hanging="0" w:left="0" w:right="283"/>
        <w:jc w:val="left"/>
        <w:rPr/>
      </w:pPr>
      <w:r>
        <w:rPr>
          <w:rtl w:val="true"/>
        </w:rPr>
        <w:t>د</w:t>
      </w:r>
      <w:r>
        <w:rPr>
          <w:rtl w:val="true"/>
        </w:rPr>
        <w:t xml:space="preserve">. </w:t>
      </w:r>
      <w:r>
        <w:rPr/>
        <w:t>Attachment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أ</w:t>
      </w:r>
      <w:r>
        <w:rPr>
          <w:rtl w:val="true"/>
        </w:rPr>
        <w:t xml:space="preserve">. </w:t>
      </w:r>
      <w:r>
        <w:rPr/>
        <w:t>Yes/No</w:t>
      </w:r>
      <w:r>
        <w:rPr>
          <w:rtl w:val="true"/>
        </w:rPr>
        <w:t>.</w:t>
      </w:r>
    </w:p>
    <w:p>
      <w:pPr>
        <w:pStyle w:val="SubArabic"/>
        <w:bidi w:val="1"/>
        <w:ind w:hanging="0" w:left="0"/>
        <w:jc w:val="left"/>
        <w:rPr/>
      </w:pPr>
      <w:r>
        <w:rPr>
          <w:rtl w:val="true"/>
        </w:rPr>
        <w:t>ثانيًا</w:t>
      </w:r>
      <w:r>
        <w:rPr>
          <w:rtl w:val="true"/>
        </w:rPr>
        <w:t xml:space="preserve">: </w:t>
      </w:r>
      <w:r>
        <w:rPr>
          <w:rtl w:val="true"/>
        </w:rPr>
        <w:t>أسئلة صح أو خطأ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1</w:t>
      </w:r>
      <w:r>
        <w:rPr>
          <w:rtl w:val="true"/>
        </w:rPr>
        <w:t xml:space="preserve">: </w:t>
      </w:r>
      <w:r>
        <w:rPr>
          <w:rtl w:val="true"/>
        </w:rPr>
        <w:t>يمكن أن يحتوي الجدول على عدة سجلات وعدة حقول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2</w:t>
      </w:r>
      <w:r>
        <w:rPr>
          <w:rtl w:val="true"/>
        </w:rPr>
        <w:t xml:space="preserve">: </w:t>
      </w:r>
      <w:r>
        <w:rPr>
          <w:rtl w:val="true"/>
        </w:rPr>
        <w:t>يجب أن تتكرر قيمة المفتاح الأساسي في أكثر من سجل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خطأ؛ يجب أن تكون قيمة المفتاح الأساسي فريدة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3</w:t>
      </w:r>
      <w:r>
        <w:rPr>
          <w:rtl w:val="true"/>
        </w:rPr>
        <w:t xml:space="preserve">: </w:t>
      </w:r>
      <w:r>
        <w:rPr>
          <w:rtl w:val="true"/>
        </w:rPr>
        <w:t>يُستخدم التقرير عادةً لتجهيز البيانات للعرض أو الطباعة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4</w:t>
      </w:r>
      <w:r>
        <w:rPr>
          <w:rtl w:val="true"/>
        </w:rPr>
        <w:t xml:space="preserve">: </w:t>
      </w:r>
      <w:r>
        <w:rPr>
          <w:rtl w:val="true"/>
        </w:rPr>
        <w:t>الاستعلام لا يمكن أن يحتوي على شروط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خطأ؛ يمكن استخدام شروط داخل الاستعلام</w:t>
      </w:r>
      <w:r>
        <w:rPr>
          <w:rtl w:val="true"/>
        </w:rPr>
        <w:t>.</w:t>
      </w:r>
    </w:p>
    <w:p>
      <w:pPr>
        <w:pStyle w:val="QuestionArabic"/>
        <w:bidi w:val="1"/>
        <w:ind w:hanging="0" w:left="0"/>
        <w:jc w:val="left"/>
        <w:rPr/>
      </w:pPr>
      <w:r>
        <w:rPr>
          <w:rtl w:val="true"/>
        </w:rPr>
        <w:t xml:space="preserve">السؤال </w:t>
      </w:r>
      <w:r>
        <w:rPr/>
        <w:t>5</w:t>
      </w:r>
      <w:r>
        <w:rPr>
          <w:rtl w:val="true"/>
        </w:rPr>
        <w:t xml:space="preserve">: </w:t>
      </w:r>
      <w:r>
        <w:rPr>
          <w:rtl w:val="true"/>
        </w:rPr>
        <w:t>يمكن ربط جدولين باستخدام حقل مشترك بينهما</w:t>
      </w:r>
      <w:r>
        <w:rPr>
          <w:rtl w:val="true"/>
        </w:rPr>
        <w:t>.</w:t>
      </w:r>
    </w:p>
    <w:p>
      <w:pPr>
        <w:pStyle w:val="AnswerArabic"/>
        <w:bidi w:val="1"/>
        <w:ind w:hanging="0" w:left="0"/>
        <w:jc w:val="left"/>
        <w:rPr/>
      </w:pPr>
      <w:r>
        <w:rPr>
          <w:rtl w:val="true"/>
        </w:rPr>
        <w:t>الإجابة</w:t>
      </w:r>
      <w:r>
        <w:rPr>
          <w:rtl w:val="true"/>
        </w:rPr>
        <w:t xml:space="preserve">: </w:t>
      </w:r>
      <w:r>
        <w:rPr>
          <w:rtl w:val="true"/>
        </w:rPr>
        <w:t>صح</w:t>
      </w:r>
      <w:r>
        <w:rPr>
          <w:rtl w:val="true"/>
        </w:rPr>
        <w:t>.</w:t>
      </w:r>
    </w:p>
    <w:p>
      <w:pPr>
        <w:pStyle w:val="Normal"/>
        <w:spacing w:before="0" w:after="80"/>
        <w:ind w:hanging="0" w:left="0"/>
        <w:jc w:val="righ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20" w:right="1020" w:gutter="0" w:header="0" w:top="964" w:footer="72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1"/>
      <w:jc w:val="right"/>
      <w:rPr/>
    </w:pPr>
    <w:r>
      <w:rPr>
        <w:rFonts w:ascii="Arial" w:hAnsi="Arial"/>
        <w:color w:val="646464"/>
        <w:sz w:val="18"/>
        <w:sz w:val="18"/>
        <w:rtl w:val="true"/>
      </w:rPr>
      <w:t xml:space="preserve">صفحة </w:t>
    </w:r>
    <w:r>
      <w:rPr>
        <w:rtl w:val="true"/>
      </w:rPr>
      <w:fldChar w:fldCharType="begin"/>
    </w:r>
    <w:r>
      <w:rPr>
        <w:rtl w:val="true"/>
      </w:rPr>
      <w:instrText xml:space="preserve"> PAGE </w:instrText>
    </w:r>
    <w:r>
      <w:rPr>
        <w:rtl w:val="true"/>
      </w:rPr>
      <w:fldChar w:fldCharType="separate"/>
    </w:r>
    <w:r>
      <w:rPr>
        <w:rtl w:val="true"/>
      </w:rPr>
      <w:t>2</w:t>
    </w:r>
    <w:r>
      <w:rPr>
        <w:rtl w:val="tru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1"/>
      <w:jc w:val="right"/>
      <w:rPr/>
    </w:pPr>
    <w:r>
      <w:rPr>
        <w:rFonts w:ascii="Arial" w:hAnsi="Arial"/>
        <w:color w:val="646464"/>
        <w:sz w:val="18"/>
        <w:sz w:val="18"/>
        <w:rtl w:val="true"/>
      </w:rPr>
      <w:t xml:space="preserve">صفحة </w:t>
    </w:r>
    <w:r>
      <w:rPr>
        <w:rtl w:val="true"/>
      </w:rPr>
      <w:fldChar w:fldCharType="begin"/>
    </w:r>
    <w:r>
      <w:rPr>
        <w:rtl w:val="true"/>
      </w:rPr>
      <w:instrText xml:space="preserve"> PAGE </w:instrText>
    </w:r>
    <w:r>
      <w:rPr>
        <w:rtl w:val="true"/>
      </w:rPr>
      <w:fldChar w:fldCharType="separate"/>
    </w:r>
    <w:r>
      <w:rPr>
        <w:rtl w:val="true"/>
      </w:rPr>
      <w:t>2</w:t>
    </w:r>
    <w:r>
      <w:rPr>
        <w:rtl w:val="true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80"/>
      <w:jc w:val="left"/>
    </w:pPr>
    <w:rPr>
      <w:rFonts w:ascii="Arial" w:hAnsi="Arial" w:eastAsia="Arial" w:cs="" w:cstheme="minorBidi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TitleArabic" w:customStyle="1">
    <w:name w:val="TitleArabic"/>
    <w:qFormat/>
    <w:pPr>
      <w:widowControl/>
      <w:bidi w:val="0"/>
      <w:spacing w:lineRule="auto" w:line="276" w:before="160" w:after="160"/>
      <w:jc w:val="left"/>
    </w:pPr>
    <w:rPr>
      <w:rFonts w:ascii="Arial" w:hAnsi="Arial" w:eastAsia="Arial" w:cs=""/>
      <w:b/>
      <w:color w:val="17365D"/>
      <w:kern w:val="0"/>
      <w:sz w:val="48"/>
      <w:szCs w:val="22"/>
      <w:lang w:val="en-US" w:eastAsia="en-US" w:bidi="ar-SA"/>
    </w:rPr>
  </w:style>
  <w:style w:type="paragraph" w:styleId="SectionArabic" w:customStyle="1">
    <w:name w:val="SectionArabic"/>
    <w:qFormat/>
    <w:pPr>
      <w:widowControl/>
      <w:bidi w:val="0"/>
      <w:spacing w:lineRule="auto" w:line="276" w:before="160" w:after="160"/>
      <w:jc w:val="left"/>
    </w:pPr>
    <w:rPr>
      <w:rFonts w:ascii="Arial" w:hAnsi="Arial" w:eastAsia="Arial" w:cs=""/>
      <w:b/>
      <w:color w:val="17365D"/>
      <w:kern w:val="0"/>
      <w:sz w:val="36"/>
      <w:szCs w:val="22"/>
      <w:lang w:val="en-US" w:eastAsia="en-US" w:bidi="ar-SA"/>
    </w:rPr>
  </w:style>
  <w:style w:type="paragraph" w:styleId="SubArabic" w:customStyle="1">
    <w:name w:val="SubArabic"/>
    <w:qFormat/>
    <w:pPr>
      <w:widowControl/>
      <w:bidi w:val="0"/>
      <w:spacing w:lineRule="auto" w:line="276" w:before="160" w:after="160"/>
      <w:jc w:val="left"/>
    </w:pPr>
    <w:rPr>
      <w:rFonts w:ascii="Arial" w:hAnsi="Arial" w:eastAsia="Arial" w:cs=""/>
      <w:b/>
      <w:color w:val="2F5597"/>
      <w:kern w:val="0"/>
      <w:sz w:val="28"/>
      <w:szCs w:val="22"/>
      <w:lang w:val="en-US" w:eastAsia="en-US" w:bidi="ar-SA"/>
    </w:rPr>
  </w:style>
  <w:style w:type="paragraph" w:styleId="QuestionArabic" w:customStyle="1">
    <w:name w:val="QuestionArabic"/>
    <w:qFormat/>
    <w:pPr>
      <w:widowControl/>
      <w:bidi w:val="0"/>
      <w:spacing w:lineRule="auto" w:line="276" w:before="120" w:after="60"/>
      <w:jc w:val="left"/>
    </w:pPr>
    <w:rPr>
      <w:rFonts w:ascii="Arial" w:hAnsi="Arial" w:eastAsia="Arial" w:cs=""/>
      <w:b/>
      <w:color w:val="1F1F1F"/>
      <w:kern w:val="0"/>
      <w:sz w:val="24"/>
      <w:szCs w:val="22"/>
      <w:lang w:val="en-US" w:eastAsia="en-US" w:bidi="ar-SA"/>
    </w:rPr>
  </w:style>
  <w:style w:type="paragraph" w:styleId="AnswerArabic" w:customStyle="1">
    <w:name w:val="AnswerArabic"/>
    <w:qFormat/>
    <w:pPr>
      <w:widowControl/>
      <w:bidi w:val="0"/>
      <w:spacing w:lineRule="auto" w:line="276" w:before="0" w:after="160"/>
      <w:jc w:val="left"/>
    </w:pPr>
    <w:rPr>
      <w:rFonts w:ascii="Arial" w:hAnsi="Arial" w:eastAsia="Arial" w:cs=""/>
      <w:b/>
      <w:color w:val="1B5E20"/>
      <w:kern w:val="0"/>
      <w:sz w:val="24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33</Pages>
  <Words>3226</Words>
  <Characters>14463</Characters>
  <CharactersWithSpaces>17075</CharactersWithSpaces>
  <Paragraphs>617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أكاديمية مسار</dc:creator>
  <dc:description>generated by python-docx</dc:description>
  <dc:language>en-US</dc:language>
  <cp:lastModifiedBy/>
  <dcterms:modified xsi:type="dcterms:W3CDTF">2026-07-10T20:27:27Z</dcterms:modified>
  <cp:revision>5</cp:revision>
  <dc:subject>بنك أسئلة ICDL مرتب حسب المحاور</dc:subject>
  <dc:title>نماذج أسئلة دورة ICDL مع الإجابات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